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003F3D" w14:textId="77777777" w:rsidR="00B908F0" w:rsidRDefault="00B908F0">
      <w:pPr>
        <w:rPr>
          <w:rFonts w:asciiTheme="majorHAnsi" w:hAnsiTheme="majorHAnsi" w:cstheme="majorHAnsi"/>
          <w:b/>
          <w:lang w:val="es-CO"/>
        </w:rPr>
      </w:pPr>
    </w:p>
    <w:p w14:paraId="6B5D32E4" w14:textId="77777777" w:rsidR="00B908F0" w:rsidRDefault="00B908F0">
      <w:pPr>
        <w:rPr>
          <w:rFonts w:asciiTheme="majorHAnsi" w:hAnsiTheme="majorHAnsi" w:cstheme="majorHAnsi"/>
          <w:b/>
          <w:lang w:val="es-CO"/>
        </w:rPr>
      </w:pPr>
    </w:p>
    <w:p w14:paraId="1B48A7CB" w14:textId="29B6F838" w:rsidR="00B908F0" w:rsidRPr="00F41140" w:rsidRDefault="001A207E">
      <w:pPr>
        <w:rPr>
          <w:rFonts w:asciiTheme="majorHAnsi" w:hAnsiTheme="majorHAnsi" w:cstheme="majorHAnsi"/>
          <w:b/>
          <w:color w:val="27519F"/>
          <w:lang w:val="es-CO"/>
        </w:rPr>
      </w:pPr>
      <w:r w:rsidRPr="00F41140">
        <w:rPr>
          <w:rFonts w:asciiTheme="majorHAnsi" w:hAnsiTheme="majorHAnsi" w:cstheme="majorHAnsi"/>
          <w:b/>
          <w:color w:val="27519F"/>
          <w:lang w:val="es-CO"/>
        </w:rPr>
        <w:t xml:space="preserve">PLANTILLA PARA ENVÍO DE </w:t>
      </w:r>
      <w:r w:rsidR="00B908F0" w:rsidRPr="00F41140">
        <w:rPr>
          <w:rFonts w:asciiTheme="majorHAnsi" w:hAnsiTheme="majorHAnsi" w:cstheme="majorHAnsi"/>
          <w:b/>
          <w:color w:val="27519F"/>
          <w:lang w:val="es-CO"/>
        </w:rPr>
        <w:t>MEMORIAS</w:t>
      </w:r>
    </w:p>
    <w:p w14:paraId="08AAF8F6" w14:textId="649AA213" w:rsidR="006D1AEA" w:rsidRPr="00B908F0" w:rsidRDefault="00B908F0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b/>
          <w:lang w:val="es-CO"/>
        </w:rPr>
        <w:t>VI Congreso Internacional de Ingeniería Clínica – CONIIC 2026</w:t>
      </w:r>
    </w:p>
    <w:p w14:paraId="221DB56F" w14:textId="77777777" w:rsidR="006D1AEA" w:rsidRPr="00B908F0" w:rsidRDefault="006D1AEA">
      <w:pPr>
        <w:rPr>
          <w:rFonts w:asciiTheme="majorHAnsi" w:hAnsiTheme="majorHAnsi" w:cstheme="majorHAnsi"/>
          <w:lang w:val="es-CO"/>
        </w:rPr>
      </w:pPr>
    </w:p>
    <w:p w14:paraId="68C62269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b/>
          <w:lang w:val="es-CO"/>
        </w:rPr>
        <w:t>TÍTULO DEL TRABAJO</w:t>
      </w:r>
    </w:p>
    <w:p w14:paraId="1423141A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lang w:val="es-CO"/>
        </w:rPr>
        <w:t>(Claro, conciso y representativo del contenido)</w:t>
      </w:r>
    </w:p>
    <w:p w14:paraId="20C6E9E3" w14:textId="77777777" w:rsidR="006D1AEA" w:rsidRPr="00B908F0" w:rsidRDefault="006D1AEA">
      <w:pPr>
        <w:rPr>
          <w:rFonts w:asciiTheme="majorHAnsi" w:hAnsiTheme="majorHAnsi" w:cstheme="majorHAnsi"/>
          <w:lang w:val="es-CO"/>
        </w:rPr>
      </w:pPr>
    </w:p>
    <w:p w14:paraId="0A076509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b/>
          <w:lang w:val="es-CO"/>
        </w:rPr>
        <w:t>AUTORES</w:t>
      </w:r>
    </w:p>
    <w:p w14:paraId="58BBCD41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lang w:val="es-CO"/>
        </w:rPr>
        <w:t>Autor 1: Nombre completo</w:t>
      </w:r>
      <w:r w:rsidRPr="00B908F0">
        <w:rPr>
          <w:rFonts w:asciiTheme="majorHAnsi" w:hAnsiTheme="majorHAnsi" w:cstheme="majorHAnsi"/>
          <w:lang w:val="es-CO"/>
        </w:rPr>
        <w:br/>
        <w:t>Afiliación institucional (Institución, dependencia)</w:t>
      </w:r>
      <w:r w:rsidRPr="00B908F0">
        <w:rPr>
          <w:rFonts w:asciiTheme="majorHAnsi" w:hAnsiTheme="majorHAnsi" w:cstheme="majorHAnsi"/>
          <w:lang w:val="es-CO"/>
        </w:rPr>
        <w:br/>
        <w:t>Ciudad, país</w:t>
      </w:r>
      <w:r w:rsidRPr="00B908F0">
        <w:rPr>
          <w:rFonts w:asciiTheme="majorHAnsi" w:hAnsiTheme="majorHAnsi" w:cstheme="majorHAnsi"/>
          <w:lang w:val="es-CO"/>
        </w:rPr>
        <w:br/>
        <w:t>Correo electrónico</w:t>
      </w:r>
    </w:p>
    <w:p w14:paraId="37BE1F4A" w14:textId="77777777" w:rsidR="006D1AEA" w:rsidRPr="00B908F0" w:rsidRDefault="006D1AEA">
      <w:pPr>
        <w:rPr>
          <w:rFonts w:asciiTheme="majorHAnsi" w:hAnsiTheme="majorHAnsi" w:cstheme="majorHAnsi"/>
          <w:lang w:val="es-CO"/>
        </w:rPr>
      </w:pPr>
    </w:p>
    <w:p w14:paraId="13C32A35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lang w:val="es-CO"/>
        </w:rPr>
        <w:t>Autor 2: Nombre completo</w:t>
      </w:r>
      <w:r w:rsidRPr="00B908F0">
        <w:rPr>
          <w:rFonts w:asciiTheme="majorHAnsi" w:hAnsiTheme="majorHAnsi" w:cstheme="majorHAnsi"/>
          <w:lang w:val="es-CO"/>
        </w:rPr>
        <w:br/>
        <w:t>Afiliación institucional (Institución, dependencia)</w:t>
      </w:r>
      <w:r w:rsidRPr="00B908F0">
        <w:rPr>
          <w:rFonts w:asciiTheme="majorHAnsi" w:hAnsiTheme="majorHAnsi" w:cstheme="majorHAnsi"/>
          <w:lang w:val="es-CO"/>
        </w:rPr>
        <w:br/>
        <w:t>Ciudad, país</w:t>
      </w:r>
      <w:r w:rsidRPr="00B908F0">
        <w:rPr>
          <w:rFonts w:asciiTheme="majorHAnsi" w:hAnsiTheme="majorHAnsi" w:cstheme="majorHAnsi"/>
          <w:lang w:val="es-CO"/>
        </w:rPr>
        <w:br/>
        <w:t>Correo electrónico</w:t>
      </w:r>
    </w:p>
    <w:p w14:paraId="4137024E" w14:textId="77777777" w:rsidR="006D1AEA" w:rsidRPr="00B908F0" w:rsidRDefault="006D1AEA">
      <w:pPr>
        <w:rPr>
          <w:rFonts w:asciiTheme="majorHAnsi" w:hAnsiTheme="majorHAnsi" w:cstheme="majorHAnsi"/>
          <w:lang w:val="es-CO"/>
        </w:rPr>
      </w:pPr>
    </w:p>
    <w:p w14:paraId="76603603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b/>
          <w:lang w:val="es-CO"/>
        </w:rPr>
        <w:t>RESUMEN</w:t>
      </w:r>
    </w:p>
    <w:p w14:paraId="6404FC76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lang w:val="es-CO"/>
        </w:rPr>
        <w:t>Extensión aproximada: 150–250 palabras.</w:t>
      </w:r>
      <w:r w:rsidRPr="00B908F0">
        <w:rPr>
          <w:rFonts w:asciiTheme="majorHAnsi" w:hAnsiTheme="majorHAnsi" w:cstheme="majorHAnsi"/>
          <w:lang w:val="es-CO"/>
        </w:rPr>
        <w:br/>
        <w:t>Debe incluir contexto, objetivo, metodología, resultados y conclusiones.</w:t>
      </w:r>
    </w:p>
    <w:p w14:paraId="2E561FF2" w14:textId="77777777" w:rsidR="006D1AEA" w:rsidRPr="00B908F0" w:rsidRDefault="006D1AEA">
      <w:pPr>
        <w:rPr>
          <w:rFonts w:asciiTheme="majorHAnsi" w:hAnsiTheme="majorHAnsi" w:cstheme="majorHAnsi"/>
          <w:lang w:val="es-CO"/>
        </w:rPr>
      </w:pPr>
    </w:p>
    <w:p w14:paraId="09F3EF45" w14:textId="7EE64FB7" w:rsidR="00B908F0" w:rsidRPr="00B908F0" w:rsidRDefault="00B908F0">
      <w:pPr>
        <w:rPr>
          <w:rFonts w:asciiTheme="majorHAnsi" w:hAnsiTheme="majorHAnsi" w:cstheme="majorHAnsi"/>
          <w:b/>
          <w:lang w:val="es-CO"/>
        </w:rPr>
      </w:pPr>
      <w:r w:rsidRPr="00B908F0">
        <w:rPr>
          <w:rFonts w:asciiTheme="majorHAnsi" w:hAnsiTheme="majorHAnsi" w:cstheme="majorHAnsi"/>
          <w:b/>
          <w:lang w:val="es-CO"/>
        </w:rPr>
        <w:t>INDICE DE TÉRMINOS</w:t>
      </w:r>
    </w:p>
    <w:p w14:paraId="5E017B96" w14:textId="64221106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lang w:val="es-CO"/>
        </w:rPr>
        <w:t>Entre 4 y 6 palabras clave separadas por coma.</w:t>
      </w:r>
    </w:p>
    <w:p w14:paraId="79EF098C" w14:textId="60BB2D3B" w:rsidR="006D1AEA" w:rsidRDefault="006D1AEA">
      <w:pPr>
        <w:rPr>
          <w:rFonts w:asciiTheme="majorHAnsi" w:hAnsiTheme="majorHAnsi" w:cstheme="majorHAnsi"/>
          <w:lang w:val="es-CO"/>
        </w:rPr>
      </w:pPr>
    </w:p>
    <w:p w14:paraId="07C3181A" w14:textId="62804934" w:rsidR="00F41140" w:rsidRDefault="00F41140">
      <w:pPr>
        <w:rPr>
          <w:rFonts w:asciiTheme="majorHAnsi" w:hAnsiTheme="majorHAnsi" w:cstheme="majorHAnsi"/>
          <w:lang w:val="es-CO"/>
        </w:rPr>
      </w:pPr>
    </w:p>
    <w:p w14:paraId="6E852CB9" w14:textId="0611B770" w:rsidR="00F41140" w:rsidRDefault="00F41140">
      <w:pPr>
        <w:rPr>
          <w:rFonts w:asciiTheme="majorHAnsi" w:hAnsiTheme="majorHAnsi" w:cstheme="majorHAnsi"/>
          <w:lang w:val="es-CO"/>
        </w:rPr>
      </w:pPr>
    </w:p>
    <w:p w14:paraId="70B6EB79" w14:textId="77777777" w:rsidR="00F41140" w:rsidRPr="00B908F0" w:rsidRDefault="00F41140">
      <w:pPr>
        <w:rPr>
          <w:rFonts w:asciiTheme="majorHAnsi" w:hAnsiTheme="majorHAnsi" w:cstheme="majorHAnsi"/>
          <w:lang w:val="es-CO"/>
        </w:rPr>
      </w:pPr>
    </w:p>
    <w:p w14:paraId="624E3AD1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b/>
          <w:lang w:val="es-CO"/>
        </w:rPr>
        <w:t>1. INTRODUCCIÓN</w:t>
      </w:r>
    </w:p>
    <w:p w14:paraId="6E33409C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lang w:val="es-CO"/>
        </w:rPr>
        <w:t>Contexto, antecedentes y objetivo del trabajo.</w:t>
      </w:r>
    </w:p>
    <w:p w14:paraId="3F4294F6" w14:textId="77777777" w:rsidR="006D1AEA" w:rsidRPr="00B908F0" w:rsidRDefault="006D1AEA">
      <w:pPr>
        <w:rPr>
          <w:rFonts w:asciiTheme="majorHAnsi" w:hAnsiTheme="majorHAnsi" w:cstheme="majorHAnsi"/>
          <w:lang w:val="es-CO"/>
        </w:rPr>
      </w:pPr>
    </w:p>
    <w:p w14:paraId="7859779B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b/>
          <w:lang w:val="es-CO"/>
        </w:rPr>
        <w:t>2. DESARROLLO DE LA SOLUCIÓN / METODOLOGÍA</w:t>
      </w:r>
    </w:p>
    <w:p w14:paraId="1B4E7823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lang w:val="es-CO"/>
        </w:rPr>
        <w:t>Descripción del enfoque metodológico, fases y herramientas.</w:t>
      </w:r>
    </w:p>
    <w:p w14:paraId="2C638FE3" w14:textId="77777777" w:rsidR="006D1AEA" w:rsidRPr="00B908F0" w:rsidRDefault="006D1AEA">
      <w:pPr>
        <w:rPr>
          <w:rFonts w:asciiTheme="majorHAnsi" w:hAnsiTheme="majorHAnsi" w:cstheme="majorHAnsi"/>
          <w:lang w:val="es-CO"/>
        </w:rPr>
      </w:pPr>
    </w:p>
    <w:p w14:paraId="0293C1A6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b/>
          <w:lang w:val="es-CO"/>
        </w:rPr>
        <w:t>3. RESULTADOS OBTENIDOS</w:t>
      </w:r>
    </w:p>
    <w:p w14:paraId="7978AA09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lang w:val="es-CO"/>
        </w:rPr>
        <w:t>Resultados principales, tablas y figuras debidamente tituladas.</w:t>
      </w:r>
    </w:p>
    <w:p w14:paraId="252005F9" w14:textId="77777777" w:rsidR="006D1AEA" w:rsidRPr="00B908F0" w:rsidRDefault="006D1AEA">
      <w:pPr>
        <w:rPr>
          <w:rFonts w:asciiTheme="majorHAnsi" w:hAnsiTheme="majorHAnsi" w:cstheme="majorHAnsi"/>
          <w:lang w:val="es-CO"/>
        </w:rPr>
      </w:pPr>
    </w:p>
    <w:p w14:paraId="5891DED2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b/>
          <w:lang w:val="es-CO"/>
        </w:rPr>
        <w:t>4. IMPACTOS A CORTO, MEDIANO Y LARGO PLAZO</w:t>
      </w:r>
    </w:p>
    <w:p w14:paraId="6F1E156C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lang w:val="es-CO"/>
        </w:rPr>
        <w:t>Descripción de los impactos esperados.</w:t>
      </w:r>
    </w:p>
    <w:p w14:paraId="7028C917" w14:textId="77777777" w:rsidR="006D1AEA" w:rsidRPr="00B908F0" w:rsidRDefault="006D1AEA">
      <w:pPr>
        <w:rPr>
          <w:rFonts w:asciiTheme="majorHAnsi" w:hAnsiTheme="majorHAnsi" w:cstheme="majorHAnsi"/>
          <w:lang w:val="es-CO"/>
        </w:rPr>
      </w:pPr>
    </w:p>
    <w:p w14:paraId="67B7771B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b/>
          <w:lang w:val="es-CO"/>
        </w:rPr>
        <w:t>5. CONCLUSIONES</w:t>
      </w:r>
    </w:p>
    <w:p w14:paraId="04613B7A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lang w:val="es-CO"/>
        </w:rPr>
        <w:t>Principales hallazgos y aportes del trabajo.</w:t>
      </w:r>
    </w:p>
    <w:p w14:paraId="213363AE" w14:textId="77777777" w:rsidR="006D1AEA" w:rsidRPr="00B908F0" w:rsidRDefault="006D1AEA">
      <w:pPr>
        <w:rPr>
          <w:rFonts w:asciiTheme="majorHAnsi" w:hAnsiTheme="majorHAnsi" w:cstheme="majorHAnsi"/>
          <w:lang w:val="es-CO"/>
        </w:rPr>
      </w:pPr>
    </w:p>
    <w:p w14:paraId="4B83D211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b/>
          <w:lang w:val="es-CO"/>
        </w:rPr>
        <w:t>6. RECONOCIMIENTOS (OPCIONAL)</w:t>
      </w:r>
    </w:p>
    <w:p w14:paraId="1B1EB76F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lang w:val="es-CO"/>
        </w:rPr>
        <w:t>Agradecimientos a personas o instituciones.</w:t>
      </w:r>
    </w:p>
    <w:p w14:paraId="046FEE53" w14:textId="77777777" w:rsidR="006D1AEA" w:rsidRPr="00B908F0" w:rsidRDefault="006D1AEA">
      <w:pPr>
        <w:rPr>
          <w:rFonts w:asciiTheme="majorHAnsi" w:hAnsiTheme="majorHAnsi" w:cstheme="majorHAnsi"/>
          <w:lang w:val="es-CO"/>
        </w:rPr>
      </w:pPr>
    </w:p>
    <w:p w14:paraId="5516A730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b/>
          <w:lang w:val="es-CO"/>
        </w:rPr>
        <w:t>7. REFERENCIAS</w:t>
      </w:r>
    </w:p>
    <w:p w14:paraId="6118CFC0" w14:textId="77777777" w:rsidR="006D1AEA" w:rsidRPr="00B908F0" w:rsidRDefault="001A207E">
      <w:pPr>
        <w:rPr>
          <w:rFonts w:asciiTheme="majorHAnsi" w:hAnsiTheme="majorHAnsi" w:cstheme="majorHAnsi"/>
          <w:lang w:val="es-CO"/>
        </w:rPr>
      </w:pPr>
      <w:r w:rsidRPr="00B908F0">
        <w:rPr>
          <w:rFonts w:asciiTheme="majorHAnsi" w:hAnsiTheme="majorHAnsi" w:cstheme="majorHAnsi"/>
          <w:lang w:val="es-CO"/>
        </w:rPr>
        <w:t>Listado numerado de referencias citadas.</w:t>
      </w:r>
    </w:p>
    <w:sectPr w:rsidR="006D1AEA" w:rsidRPr="00B908F0" w:rsidSect="00034616">
      <w:headerReference w:type="default" r:id="rId8"/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79306F" w14:textId="77777777" w:rsidR="009F32CF" w:rsidRDefault="009F32CF" w:rsidP="00B908F0">
      <w:pPr>
        <w:spacing w:after="0" w:line="240" w:lineRule="auto"/>
      </w:pPr>
      <w:r>
        <w:separator/>
      </w:r>
    </w:p>
  </w:endnote>
  <w:endnote w:type="continuationSeparator" w:id="0">
    <w:p w14:paraId="62D5B5C0" w14:textId="77777777" w:rsidR="009F32CF" w:rsidRDefault="009F32CF" w:rsidP="00B908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</w:rPr>
      <w:id w:val="43954580"/>
      <w:docPartObj>
        <w:docPartGallery w:val="Page Numbers (Bottom of Page)"/>
        <w:docPartUnique/>
      </w:docPartObj>
    </w:sdtPr>
    <w:sdtEndPr/>
    <w:sdtContent>
      <w:sdt>
        <w:sdtPr>
          <w:rPr>
            <w:rFonts w:asciiTheme="majorHAnsi" w:eastAsiaTheme="majorEastAsia" w:hAnsiTheme="majorHAnsi" w:cstheme="majorBidi"/>
          </w:rPr>
          <w:id w:val="1806425445"/>
        </w:sdtPr>
        <w:sdtEndPr/>
        <w:sdtContent>
          <w:p w14:paraId="3A32CC8C" w14:textId="5D5CA05F" w:rsidR="00B908F0" w:rsidRDefault="00B908F0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noProof/>
              </w:rPr>
              <w:drawing>
                <wp:anchor distT="0" distB="0" distL="114300" distR="114300" simplePos="0" relativeHeight="251662848" behindDoc="1" locked="0" layoutInCell="1" allowOverlap="1" wp14:anchorId="1A4E08B4" wp14:editId="1ADFF41E">
                  <wp:simplePos x="0" y="0"/>
                  <wp:positionH relativeFrom="column">
                    <wp:posOffset>5509260</wp:posOffset>
                  </wp:positionH>
                  <wp:positionV relativeFrom="paragraph">
                    <wp:posOffset>127635</wp:posOffset>
                  </wp:positionV>
                  <wp:extent cx="962025" cy="657225"/>
                  <wp:effectExtent l="0" t="0" r="9525" b="9525"/>
                  <wp:wrapNone/>
                  <wp:docPr id="5" name="Gráfico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">
                            <a:extLst>
                              <a:ext uri="{96DAC541-7B7A-43D3-8B79-37D633B846F1}">
                                <asvg:svgBlip xmlns:asvg="http://schemas.microsoft.com/office/drawing/2016/SVG/main" r:embed="rId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2025" cy="657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9776" behindDoc="1" locked="0" layoutInCell="1" allowOverlap="1" wp14:anchorId="4D3CF518" wp14:editId="534F85D6">
                  <wp:simplePos x="0" y="0"/>
                  <wp:positionH relativeFrom="column">
                    <wp:posOffset>510540</wp:posOffset>
                  </wp:positionH>
                  <wp:positionV relativeFrom="paragraph">
                    <wp:posOffset>74295</wp:posOffset>
                  </wp:positionV>
                  <wp:extent cx="4465320" cy="770126"/>
                  <wp:effectExtent l="0" t="0" r="0" b="0"/>
                  <wp:wrapNone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139" t="23108" r="7083" b="18316"/>
                          <a:stretch/>
                        </pic:blipFill>
                        <pic:spPr bwMode="auto">
                          <a:xfrm>
                            <a:off x="0" y="0"/>
                            <a:ext cx="4465320" cy="7701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Theme="majorHAnsi" w:eastAsiaTheme="majorEastAsia" w:hAnsiTheme="majorHAnsi" w:cstheme="majorBid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5BD438FB" wp14:editId="028FA627">
                      <wp:simplePos x="0" y="0"/>
                      <wp:positionH relativeFrom="margin">
                        <wp:posOffset>5806440</wp:posOffset>
                      </wp:positionH>
                      <wp:positionV relativeFrom="bottomMargin">
                        <wp:posOffset>272415</wp:posOffset>
                      </wp:positionV>
                      <wp:extent cx="381000" cy="381000"/>
                      <wp:effectExtent l="0" t="0" r="0" b="0"/>
                      <wp:wrapNone/>
                      <wp:docPr id="3" name="Elips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81000" cy="38100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27519F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779AD085" w14:textId="77777777" w:rsidR="00B908F0" w:rsidRPr="00B908F0" w:rsidRDefault="00B908F0">
                                  <w:pPr>
                                    <w:pStyle w:val="Piedepgina"/>
                                    <w:jc w:val="center"/>
                                    <w:rPr>
                                      <w:rFonts w:asciiTheme="majorHAnsi" w:hAnsiTheme="majorHAnsi" w:cstheme="majorHAnsi"/>
                                      <w:b/>
                                      <w:bCs/>
                                      <w:color w:val="FFFFFF" w:themeColor="background1"/>
                                      <w:szCs w:val="24"/>
                                    </w:rPr>
                                  </w:pPr>
                                  <w:r w:rsidRPr="00B908F0">
                                    <w:rPr>
                                      <w:rFonts w:asciiTheme="majorHAnsi" w:hAnsiTheme="majorHAnsi" w:cstheme="majorHAnsi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B908F0">
                                    <w:rPr>
                                      <w:rFonts w:asciiTheme="majorHAnsi" w:hAnsiTheme="majorHAnsi" w:cstheme="majorHAnsi"/>
                                      <w:sz w:val="20"/>
                                      <w:szCs w:val="18"/>
                                    </w:rPr>
                                    <w:instrText>PAGE    \* MERGEFORMAT</w:instrText>
                                  </w:r>
                                  <w:r w:rsidRPr="00B908F0">
                                    <w:rPr>
                                      <w:rFonts w:asciiTheme="majorHAnsi" w:hAnsiTheme="majorHAnsi" w:cstheme="majorHAnsi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B908F0">
                                    <w:rPr>
                                      <w:rFonts w:asciiTheme="majorHAnsi" w:hAnsiTheme="majorHAnsi" w:cstheme="majorHAnsi"/>
                                      <w:b/>
                                      <w:bCs/>
                                      <w:color w:val="FFFFFF" w:themeColor="background1"/>
                                      <w:szCs w:val="24"/>
                                      <w:lang w:val="es-ES"/>
                                    </w:rPr>
                                    <w:t>2</w:t>
                                  </w:r>
                                  <w:r w:rsidRPr="00B908F0">
                                    <w:rPr>
                                      <w:rFonts w:asciiTheme="majorHAnsi" w:hAnsiTheme="majorHAnsi" w:cstheme="majorHAnsi"/>
                                      <w:b/>
                                      <w:bCs/>
                                      <w:color w:val="FFFFFF" w:themeColor="background1"/>
                                      <w:szCs w:val="24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5BD438FB" id="Elipse 3" o:spid="_x0000_s1026" style="position:absolute;margin-left:457.2pt;margin-top:21.45pt;width:30pt;height:30pt;z-index:2516556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bottom-margin-area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" fillcolor="#27519f" stroked="f">
                      <v:textbox>
                        <w:txbxContent>
                          <w:p w14:paraId="779AD085" w14:textId="77777777" w:rsidR="00B908F0" w:rsidRPr="00B908F0" w:rsidRDefault="00B908F0">
                            <w:pPr>
                              <w:pStyle w:val="Piedepgina"/>
                              <w:jc w:val="center"/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FFFFFF" w:themeColor="background1"/>
                                <w:szCs w:val="24"/>
                              </w:rPr>
                            </w:pPr>
                            <w:r w:rsidRPr="00B908F0">
                              <w:rPr>
                                <w:rFonts w:asciiTheme="majorHAnsi" w:hAnsiTheme="majorHAnsi" w:cstheme="majorHAnsi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B908F0">
                              <w:rPr>
                                <w:rFonts w:asciiTheme="majorHAnsi" w:hAnsiTheme="majorHAnsi" w:cstheme="majorHAnsi"/>
                                <w:sz w:val="20"/>
                                <w:szCs w:val="18"/>
                              </w:rPr>
                              <w:instrText>PAGE    \* MERGEFORMAT</w:instrText>
                            </w:r>
                            <w:r w:rsidRPr="00B908F0">
                              <w:rPr>
                                <w:rFonts w:asciiTheme="majorHAnsi" w:hAnsiTheme="majorHAnsi" w:cstheme="majorHAnsi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B908F0"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FFFFFF" w:themeColor="background1"/>
                                <w:szCs w:val="24"/>
                                <w:lang w:val="es-ES"/>
                              </w:rPr>
                              <w:t>2</w:t>
                            </w:r>
                            <w:r w:rsidRPr="00B908F0"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FFFFFF" w:themeColor="background1"/>
                                <w:szCs w:val="24"/>
                              </w:rPr>
                              <w:fldChar w:fldCharType="end"/>
                            </w:r>
                          </w:p>
                        </w:txbxContent>
                      </v:textbox>
                      <w10:wrap anchorx="margin" anchory="margin"/>
                    </v:oval>
                  </w:pict>
                </mc:Fallback>
              </mc:AlternateContent>
            </w:r>
          </w:p>
        </w:sdtContent>
      </w:sdt>
    </w:sdtContent>
  </w:sdt>
  <w:p w14:paraId="220ADF57" w14:textId="6F768334" w:rsidR="00B908F0" w:rsidRDefault="00B908F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6CB45C" w14:textId="77777777" w:rsidR="009F32CF" w:rsidRDefault="009F32CF" w:rsidP="00B908F0">
      <w:pPr>
        <w:spacing w:after="0" w:line="240" w:lineRule="auto"/>
      </w:pPr>
      <w:r>
        <w:separator/>
      </w:r>
    </w:p>
  </w:footnote>
  <w:footnote w:type="continuationSeparator" w:id="0">
    <w:p w14:paraId="3CC88958" w14:textId="77777777" w:rsidR="009F32CF" w:rsidRDefault="009F32CF" w:rsidP="00B908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EF07C" w14:textId="4581427D" w:rsidR="00B908F0" w:rsidRDefault="00B908F0">
    <w:pPr>
      <w:pStyle w:val="Encabezado"/>
    </w:pPr>
    <w:r>
      <w:rPr>
        <w:noProof/>
      </w:rPr>
      <w:drawing>
        <wp:anchor distT="0" distB="0" distL="114300" distR="114300" simplePos="0" relativeHeight="251663872" behindDoc="1" locked="0" layoutInCell="1" allowOverlap="1" wp14:anchorId="311FDBF8" wp14:editId="51FB1DE7">
          <wp:simplePos x="0" y="0"/>
          <wp:positionH relativeFrom="column">
            <wp:posOffset>4091940</wp:posOffset>
          </wp:positionH>
          <wp:positionV relativeFrom="paragraph">
            <wp:posOffset>-541020</wp:posOffset>
          </wp:positionV>
          <wp:extent cx="2524125" cy="1943100"/>
          <wp:effectExtent l="0" t="0" r="9525" b="0"/>
          <wp:wrapNone/>
          <wp:docPr id="6" name="Gráfico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4125" cy="1943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240" behindDoc="1" locked="0" layoutInCell="1" allowOverlap="1" wp14:anchorId="76C4E6D8" wp14:editId="57C69B8D">
          <wp:simplePos x="0" y="0"/>
          <wp:positionH relativeFrom="column">
            <wp:posOffset>-624840</wp:posOffset>
          </wp:positionH>
          <wp:positionV relativeFrom="paragraph">
            <wp:posOffset>-243840</wp:posOffset>
          </wp:positionV>
          <wp:extent cx="2486025" cy="609600"/>
          <wp:effectExtent l="0" t="0" r="9525" b="0"/>
          <wp:wrapNone/>
          <wp:docPr id="1" name="Gráfico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>
                    <a:extLs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86025" cy="609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connme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connme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convieta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convieta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891763619">
    <w:abstractNumId w:val="8"/>
  </w:num>
  <w:num w:numId="2" w16cid:durableId="1322081660">
    <w:abstractNumId w:val="6"/>
  </w:num>
  <w:num w:numId="3" w16cid:durableId="700398285">
    <w:abstractNumId w:val="5"/>
  </w:num>
  <w:num w:numId="4" w16cid:durableId="1591769953">
    <w:abstractNumId w:val="4"/>
  </w:num>
  <w:num w:numId="5" w16cid:durableId="1439837559">
    <w:abstractNumId w:val="7"/>
  </w:num>
  <w:num w:numId="6" w16cid:durableId="1302610805">
    <w:abstractNumId w:val="3"/>
  </w:num>
  <w:num w:numId="7" w16cid:durableId="308828591">
    <w:abstractNumId w:val="2"/>
  </w:num>
  <w:num w:numId="8" w16cid:durableId="1585065166">
    <w:abstractNumId w:val="1"/>
  </w:num>
  <w:num w:numId="9" w16cid:durableId="8876450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1A207E"/>
    <w:rsid w:val="0029639D"/>
    <w:rsid w:val="00326F90"/>
    <w:rsid w:val="00373ABA"/>
    <w:rsid w:val="006D1AEA"/>
    <w:rsid w:val="009F32CF"/>
    <w:rsid w:val="00AA1D8D"/>
    <w:rsid w:val="00B47730"/>
    <w:rsid w:val="00B908F0"/>
    <w:rsid w:val="00C33B0D"/>
    <w:rsid w:val="00C448F1"/>
    <w:rsid w:val="00C51734"/>
    <w:rsid w:val="00CB0664"/>
    <w:rsid w:val="00F41140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4BB872"/>
  <w14:defaultImageDpi w14:val="300"/>
  <w15:docId w15:val="{8DABC516-D1B4-4898-8306-7BE04E6BB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  <w:rPr>
      <w:rFonts w:ascii="Times New Roman" w:hAnsi="Times New Roman"/>
      <w:sz w:val="24"/>
    </w:rPr>
  </w:style>
  <w:style w:type="paragraph" w:styleId="Ttulo1">
    <w:name w:val="heading 1"/>
    <w:basedOn w:val="Normal"/>
    <w:next w:val="Normal"/>
    <w:link w:val="Ttulo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618BF"/>
  </w:style>
  <w:style w:type="paragraph" w:styleId="Piedepgina">
    <w:name w:val="footer"/>
    <w:basedOn w:val="Normal"/>
    <w:link w:val="Piedepgina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618BF"/>
  </w:style>
  <w:style w:type="paragraph" w:styleId="Sinespaciado">
    <w:name w:val="No Spacing"/>
    <w:uiPriority w:val="1"/>
    <w:qFormat/>
    <w:rsid w:val="00FC693F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">
    <w:name w:val="Title"/>
    <w:basedOn w:val="Normal"/>
    <w:next w:val="Normal"/>
    <w:link w:val="Ttulo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rrafodelista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99"/>
    <w:unhideWhenUsed/>
    <w:rsid w:val="00AA1D8D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AA1D8D"/>
  </w:style>
  <w:style w:type="paragraph" w:styleId="Textoindependiente2">
    <w:name w:val="Body Text 2"/>
    <w:basedOn w:val="Normal"/>
    <w:link w:val="Textoindependiente2Car"/>
    <w:uiPriority w:val="99"/>
    <w:unhideWhenUsed/>
    <w:rsid w:val="00AA1D8D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AA1D8D"/>
  </w:style>
  <w:style w:type="paragraph" w:styleId="Textoindependiente3">
    <w:name w:val="Body Text 3"/>
    <w:basedOn w:val="Normal"/>
    <w:link w:val="Textoindependien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AA1D8D"/>
    <w:rPr>
      <w:sz w:val="16"/>
      <w:szCs w:val="16"/>
    </w:rPr>
  </w:style>
  <w:style w:type="paragraph" w:styleId="Lista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aconvieta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aconvieta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aconvieta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aconnme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aconnme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aconnme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Continuarlista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Continuarlista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Continuarlista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omacro">
    <w:name w:val="macro"/>
    <w:link w:val="Texto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omacroCar">
    <w:name w:val="Texto macro Car"/>
    <w:basedOn w:val="Fuentedeprrafopredeter"/>
    <w:link w:val="Textomacro"/>
    <w:uiPriority w:val="99"/>
    <w:rsid w:val="0029639D"/>
    <w:rPr>
      <w:rFonts w:ascii="Courier" w:hAnsi="Courier"/>
      <w:sz w:val="20"/>
      <w:szCs w:val="20"/>
    </w:rPr>
  </w:style>
  <w:style w:type="paragraph" w:styleId="Cita">
    <w:name w:val="Quote"/>
    <w:basedOn w:val="Normal"/>
    <w:next w:val="Normal"/>
    <w:link w:val="CitaCar"/>
    <w:uiPriority w:val="29"/>
    <w:qFormat/>
    <w:rsid w:val="00FC693F"/>
    <w:rPr>
      <w:i/>
      <w:iCs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FC693F"/>
    <w:rPr>
      <w:i/>
      <w:iCs/>
      <w:color w:val="000000" w:themeColor="text1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Fuerte">
    <w:name w:val="Strong"/>
    <w:basedOn w:val="Fuentedeprrafopredeter"/>
    <w:uiPriority w:val="22"/>
    <w:qFormat/>
    <w:rsid w:val="00FC693F"/>
    <w:rPr>
      <w:b/>
      <w:bCs/>
    </w:rPr>
  </w:style>
  <w:style w:type="character" w:styleId="nfasis">
    <w:name w:val="Emphasis"/>
    <w:basedOn w:val="Fuentedeprrafopredeter"/>
    <w:uiPriority w:val="20"/>
    <w:qFormat/>
    <w:rsid w:val="00FC693F"/>
    <w:rPr>
      <w:i/>
      <w:iCs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C693F"/>
    <w:rPr>
      <w:b/>
      <w:bCs/>
      <w:i/>
      <w:iCs/>
      <w:color w:val="4F81BD" w:themeColor="accent1"/>
    </w:rPr>
  </w:style>
  <w:style w:type="character" w:styleId="nfasissutil">
    <w:name w:val="Subtle Emphasis"/>
    <w:basedOn w:val="Fuentedeprrafopredeter"/>
    <w:uiPriority w:val="19"/>
    <w:qFormat/>
    <w:rsid w:val="00FC693F"/>
    <w:rPr>
      <w:i/>
      <w:iCs/>
      <w:color w:val="808080" w:themeColor="text1" w:themeTint="7F"/>
    </w:rPr>
  </w:style>
  <w:style w:type="character" w:styleId="nfasisintenso">
    <w:name w:val="Intense Emphasis"/>
    <w:basedOn w:val="Fuentedeprrafopredeter"/>
    <w:uiPriority w:val="21"/>
    <w:qFormat/>
    <w:rsid w:val="00FC693F"/>
    <w:rPr>
      <w:b/>
      <w:bCs/>
      <w:i/>
      <w:iCs/>
      <w:color w:val="4F81BD" w:themeColor="accent1"/>
    </w:rPr>
  </w:style>
  <w:style w:type="character" w:styleId="Referenciasutil">
    <w:name w:val="Subtle Reference"/>
    <w:basedOn w:val="Fuentedeprrafopredeter"/>
    <w:uiPriority w:val="31"/>
    <w:qFormat/>
    <w:rsid w:val="00FC693F"/>
    <w:rPr>
      <w:smallCaps/>
      <w:color w:val="C0504D" w:themeColor="accent2"/>
      <w:u w:val="single"/>
    </w:rPr>
  </w:style>
  <w:style w:type="character" w:styleId="Referenciaintensa">
    <w:name w:val="Intense Reference"/>
    <w:basedOn w:val="Fuentedeprrafopredeter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FC693F"/>
    <w:rPr>
      <w:b/>
      <w:bCs/>
      <w:smallCaps/>
      <w:spacing w:val="5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FC693F"/>
    <w:pPr>
      <w:outlineLvl w:val="9"/>
    </w:pPr>
  </w:style>
  <w:style w:type="table" w:styleId="Tablaconcuadrcula">
    <w:name w:val="Table Grid"/>
    <w:basedOn w:val="Tabla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doclaro">
    <w:name w:val="Light Shading"/>
    <w:basedOn w:val="Tabla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doclaro-nfasis1">
    <w:name w:val="Light Shading Accent 1"/>
    <w:basedOn w:val="Tabla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ombreadoclaro-nfasis2">
    <w:name w:val="Light Shading Accent 2"/>
    <w:basedOn w:val="Tabla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ombreadoclaro-nfasis3">
    <w:name w:val="Light Shading Accent 3"/>
    <w:basedOn w:val="Tabla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ombreadoclaro-nfasis4">
    <w:name w:val="Light Shading Accent 4"/>
    <w:basedOn w:val="Tabla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claro-nfasis5">
    <w:name w:val="Light Shading Accent 5"/>
    <w:basedOn w:val="Tabla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6">
    <w:name w:val="Light Shading Accent 6"/>
    <w:basedOn w:val="Tabla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aclara">
    <w:name w:val="Light List"/>
    <w:basedOn w:val="Tab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aclara-nfasis1">
    <w:name w:val="Light List Accent 1"/>
    <w:basedOn w:val="Tab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aclara-nfasis2">
    <w:name w:val="Light List Accent 2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aclara-nfasis3">
    <w:name w:val="Light List Accent 3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aclara-nfasis4">
    <w:name w:val="Light List Accent 4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aclara-nfasis5">
    <w:name w:val="Light List Accent 5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aclara-nfasis6">
    <w:name w:val="Light List Accent 6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Cuadrculaclara">
    <w:name w:val="Light Grid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Cuadrculaclara-nfasis1">
    <w:name w:val="Light Grid Accent 1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Cuadrculaclara-nfasis2">
    <w:name w:val="Light Grid Accent 2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Cuadrculaclara-nfasis3">
    <w:name w:val="Light Grid Accent 3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Cuadrculaclara-nfasis4">
    <w:name w:val="Light Grid Accent 4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Cuadrculaclara-nfasis5">
    <w:name w:val="Light Grid Accent 5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Cuadrculaclara-nfasis6">
    <w:name w:val="Light Grid Accent 6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ombreadomedio1">
    <w:name w:val="Medium Shading 1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3">
    <w:name w:val="Medium Shading 1 Accent 3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4">
    <w:name w:val="Medium Shading 1 Accent 4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5">
    <w:name w:val="Medium Shading 1 Accent 5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6">
    <w:name w:val="Medium Shading 1 Accent 6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2">
    <w:name w:val="Medium Shading 2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1">
    <w:name w:val="Medium Shading 2 Accent 1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2">
    <w:name w:val="Medium Shading 2 Accent 2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3">
    <w:name w:val="Medium Shading 2 Accent 3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4">
    <w:name w:val="Medium Shading 2 Accent 4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5">
    <w:name w:val="Medium Shading 2 Accent 5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6">
    <w:name w:val="Medium Shading 2 Accent 6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amedia1">
    <w:name w:val="Medium List 1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amedia1-nfasis1">
    <w:name w:val="Medium List 1 Accent 1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amedia1-nfasis2">
    <w:name w:val="Medium List 1 Accent 2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amedia1-nfasis3">
    <w:name w:val="Medium List 1 Accent 3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amedia1-nfasis4">
    <w:name w:val="Medium List 1 Accent 4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amedia1-nfasis5">
    <w:name w:val="Medium List 1 Accent 5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amedia1-nfasis6">
    <w:name w:val="Medium List 1 Accent 6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amedia2">
    <w:name w:val="Medium List 2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1">
    <w:name w:val="Medium List 2 Accent 1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2">
    <w:name w:val="Medium List 2 Accent 2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3">
    <w:name w:val="Medium List 2 Accent 3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4">
    <w:name w:val="Medium List 2 Accent 4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5">
    <w:name w:val="Medium List 2 Accent 5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6">
    <w:name w:val="Medium List 2 Accent 6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Cuadrculamedia1">
    <w:name w:val="Medium Grid 1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uadrculamedia1-nfasis1">
    <w:name w:val="Medium Grid 1 Accent 1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uadrculamedia1-nfasis2">
    <w:name w:val="Medium Grid 1 Accent 2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uadrculamedia1-nfasis3">
    <w:name w:val="Medium Grid 1 Accent 3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uadrculamedia1-nfasis4">
    <w:name w:val="Medium Grid 1 Accent 4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uadrculamedia1-nfasis5">
    <w:name w:val="Medium Grid 1 Accent 5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uadrculamedia1-nfasis6">
    <w:name w:val="Medium Grid 1 Accent 6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Cuadrculamedia2">
    <w:name w:val="Medium Grid 2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1">
    <w:name w:val="Medium Grid 2 Accent 1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2">
    <w:name w:val="Medium Grid 2 Accent 2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3">
    <w:name w:val="Medium Grid 2 Accent 3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4">
    <w:name w:val="Medium Grid 2 Accent 4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5">
    <w:name w:val="Medium Grid 2 Accent 5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6">
    <w:name w:val="Medium Grid 2 Accent 6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3">
    <w:name w:val="Medium Grid 3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Cuadrculamedia3-nfasis1">
    <w:name w:val="Medium Grid 3 Accent 1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Cuadrculamedia3-nfasis2">
    <w:name w:val="Medium Grid 3 Accent 2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Cuadrculamedia3-nfasis3">
    <w:name w:val="Medium Grid 3 Accent 3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Cuadrculamedia3-nfasis4">
    <w:name w:val="Medium Grid 3 Accent 4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Cuadrculamedia3-nfasis5">
    <w:name w:val="Medium Grid 3 Accent 5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Cuadrculamedia3-nfasis6">
    <w:name w:val="Medium Grid 3 Accent 6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aoscura">
    <w:name w:val="Dark List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aoscura-nfasis1">
    <w:name w:val="Dark List Accent 1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aoscura-nfasis2">
    <w:name w:val="Dark List Accent 2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aoscura-nfasis3">
    <w:name w:val="Dark List Accent 3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aoscura-nfasis4">
    <w:name w:val="Dark List Accent 4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aoscura-nfasis5">
    <w:name w:val="Dark List Accent 5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aoscura-nfasis6">
    <w:name w:val="Dark List Accent 6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ombreadovistoso">
    <w:name w:val="Colorful Shading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1">
    <w:name w:val="Colorful Shading Accent 1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2">
    <w:name w:val="Colorful Shading Accent 2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3">
    <w:name w:val="Colorful Shading Accent 3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ombreadovistoso-nfasis4">
    <w:name w:val="Colorful Shading Accent 4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5">
    <w:name w:val="Colorful Shading Accent 5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6">
    <w:name w:val="Colorful Shading Accent 6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avistosa">
    <w:name w:val="Colorful List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avistosa-nfasis1">
    <w:name w:val="Colorful List Accent 1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avistosa-nfasis2">
    <w:name w:val="Colorful List Accent 2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avistosa-nfasis3">
    <w:name w:val="Colorful List Accent 3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avistosa-nfasis4">
    <w:name w:val="Colorful List Accent 4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avistosa-nfasis5">
    <w:name w:val="Colorful List Accent 5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avistosa-nfasis6">
    <w:name w:val="Colorful List Accent 6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uadrculavistosa">
    <w:name w:val="Colorful Grid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uadrculavistosa-nfasis1">
    <w:name w:val="Colorful Grid Accent 1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uadrculavistosa-nfasis2">
    <w:name w:val="Colorful Grid Accent 2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uadrculavistosa-nfasis3">
    <w:name w:val="Colorful Grid Accent 3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uadrculavistosa-nfasis4">
    <w:name w:val="Colorful Grid Accent 4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uadrculavistosa-nfasis5">
    <w:name w:val="Colorful Grid Accent 5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uadrculavistosa-nfasis6">
    <w:name w:val="Colorful Grid Accent 6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0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svg"/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141</Words>
  <Characters>961</Characters>
  <Application>Microsoft Office Word</Application>
  <DocSecurity>0</DocSecurity>
  <Lines>49</Lines>
  <Paragraphs>25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1077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Henry Hermel Andrade Caicedo</cp:lastModifiedBy>
  <cp:revision>4</cp:revision>
  <dcterms:created xsi:type="dcterms:W3CDTF">2026-02-03T15:57:00Z</dcterms:created>
  <dcterms:modified xsi:type="dcterms:W3CDTF">2026-02-04T17:32:00Z</dcterms:modified>
  <cp:category/>
</cp:coreProperties>
</file>